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A3397" w14:textId="77777777" w:rsidR="00784B9F" w:rsidRPr="004868AB" w:rsidRDefault="00784B9F">
      <w:pPr>
        <w:rPr>
          <w:lang w:val="ro-RO"/>
        </w:rPr>
      </w:pPr>
    </w:p>
    <w:p w14:paraId="6A8FC687" w14:textId="77777777" w:rsidR="00784B9F" w:rsidRPr="004868AB" w:rsidRDefault="00784B9F">
      <w:pPr>
        <w:rPr>
          <w:lang w:val="ro-RO"/>
        </w:rPr>
      </w:pPr>
    </w:p>
    <w:tbl>
      <w:tblPr>
        <w:tblW w:w="9639" w:type="dxa"/>
        <w:jc w:val="center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82"/>
        <w:gridCol w:w="3014"/>
        <w:gridCol w:w="1729"/>
        <w:gridCol w:w="3314"/>
      </w:tblGrid>
      <w:tr w:rsidR="000F0310" w:rsidRPr="004868AB" w14:paraId="42A5CE47" w14:textId="77777777" w:rsidTr="00F67398">
        <w:trPr>
          <w:jc w:val="center"/>
        </w:trPr>
        <w:tc>
          <w:tcPr>
            <w:tcW w:w="1558" w:type="dxa"/>
            <w:vMerge w:val="restart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0B76455" w14:textId="77777777" w:rsidR="000F0310" w:rsidRPr="004868AB" w:rsidRDefault="000F0310" w:rsidP="0050637D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 w:rsidRPr="004868AB">
              <w:rPr>
                <w:rFonts w:ascii="Cambria" w:hAnsi="Cambria"/>
                <w:noProof/>
                <w:sz w:val="20"/>
                <w:szCs w:val="20"/>
                <w:lang w:val="ro-RO"/>
              </w:rPr>
              <w:drawing>
                <wp:inline distT="0" distB="0" distL="0" distR="0" wp14:anchorId="15635098" wp14:editId="1E1793EA">
                  <wp:extent cx="841972" cy="1298040"/>
                  <wp:effectExtent l="0" t="0" r="0" b="0"/>
                  <wp:docPr id="1824368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578" cy="131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4690F8CE" w14:textId="77777777" w:rsidR="000F0310" w:rsidRPr="004868AB" w:rsidRDefault="000F0310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Județul Mureș</w:t>
            </w:r>
          </w:p>
        </w:tc>
      </w:tr>
      <w:tr w:rsidR="000F0310" w:rsidRPr="004868AB" w14:paraId="10B13B01" w14:textId="77777777" w:rsidTr="00F67398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6DE752A8" w14:textId="77777777" w:rsidR="000F0310" w:rsidRPr="004868AB" w:rsidRDefault="000F0310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5E5AE134" w14:textId="77777777" w:rsidR="000F0310" w:rsidRPr="004868AB" w:rsidRDefault="000F0310" w:rsidP="0050637D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Autoritatea administrației publice</w:t>
            </w:r>
          </w:p>
          <w:p w14:paraId="5F7E7090" w14:textId="77777777" w:rsidR="000F0310" w:rsidRPr="004868AB" w:rsidRDefault="000F0310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Primăria Orașului Luduș</w:t>
            </w:r>
          </w:p>
        </w:tc>
      </w:tr>
      <w:tr w:rsidR="000F0310" w:rsidRPr="004868AB" w14:paraId="36372AD2" w14:textId="77777777" w:rsidTr="00F67398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7A313E0C" w14:textId="77777777" w:rsidR="000F0310" w:rsidRPr="004868AB" w:rsidRDefault="000F0310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97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4E264466" w14:textId="77777777" w:rsidR="000F0310" w:rsidRPr="004868AB" w:rsidRDefault="000F0310" w:rsidP="0050637D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Cod de identificare fiscală (CIF)</w:t>
            </w:r>
          </w:p>
          <w:p w14:paraId="2D1AE894" w14:textId="77777777" w:rsidR="000F0310" w:rsidRPr="004868AB" w:rsidRDefault="000F0310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5669317</w:t>
            </w:r>
          </w:p>
        </w:tc>
        <w:tc>
          <w:tcPr>
            <w:tcW w:w="4970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C594257" w14:textId="77777777" w:rsidR="000F0310" w:rsidRPr="004868AB" w:rsidRDefault="000F0310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Adresa oficială</w:t>
            </w:r>
          </w:p>
          <w:p w14:paraId="0752F5E0" w14:textId="77777777" w:rsidR="000F0310" w:rsidRPr="004868AB" w:rsidRDefault="000F0310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Bd. 1 Decembrie 1918, Nr. 26, Oraș Luduș, Județ Mureș</w:t>
            </w:r>
          </w:p>
          <w:p w14:paraId="14AF4601" w14:textId="77777777" w:rsidR="000F0310" w:rsidRPr="004868AB" w:rsidRDefault="000F0310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Telefon: 0265411716, 0265411548</w:t>
            </w:r>
          </w:p>
          <w:p w14:paraId="231D4D9C" w14:textId="77777777" w:rsidR="000F0310" w:rsidRPr="004868AB" w:rsidRDefault="000F0310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e-mail: ludus@ms.e-adm.ro</w:t>
            </w:r>
          </w:p>
        </w:tc>
      </w:tr>
      <w:tr w:rsidR="000F0310" w:rsidRPr="004868AB" w14:paraId="12205AB8" w14:textId="77777777" w:rsidTr="00F67398">
        <w:trPr>
          <w:trHeight w:val="20"/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7D728943" w14:textId="77777777" w:rsidR="000F0310" w:rsidRPr="004868AB" w:rsidRDefault="000F0310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2E08BA6A" w14:textId="77777777" w:rsidR="000F0310" w:rsidRPr="004868AB" w:rsidRDefault="000F0310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Număr de înregistrare</w:t>
            </w:r>
          </w:p>
        </w:tc>
        <w:tc>
          <w:tcPr>
            <w:tcW w:w="326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1FE43DB7" w14:textId="77777777" w:rsidR="000F0310" w:rsidRPr="004868AB" w:rsidRDefault="000F0310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Data</w:t>
            </w:r>
          </w:p>
        </w:tc>
      </w:tr>
      <w:tr w:rsidR="000F0310" w:rsidRPr="004868AB" w14:paraId="3605BE53" w14:textId="77777777" w:rsidTr="00F67398">
        <w:trPr>
          <w:jc w:val="center"/>
        </w:trPr>
        <w:tc>
          <w:tcPr>
            <w:tcW w:w="949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E44F206" w14:textId="77777777" w:rsidR="000F0310" w:rsidRPr="004868AB" w:rsidRDefault="000F0310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4868AB">
              <w:rPr>
                <w:rFonts w:ascii="Cambria" w:eastAsia="TimesNewRomanPS" w:hAnsi="Cambria"/>
                <w:i/>
                <w:w w:val="97"/>
                <w:sz w:val="20"/>
                <w:szCs w:val="20"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1DD2FBAB" w14:textId="6A747212" w:rsidR="001E1635" w:rsidRPr="004868AB" w:rsidRDefault="00E253C2" w:rsidP="00784B9F">
      <w:pPr>
        <w:spacing w:after="40"/>
        <w:jc w:val="center"/>
        <w:rPr>
          <w:rFonts w:ascii="Cambria" w:hAnsi="Cambria"/>
          <w:sz w:val="28"/>
          <w:szCs w:val="28"/>
          <w:lang w:val="ro-RO"/>
        </w:rPr>
      </w:pPr>
      <w:r w:rsidRPr="004868AB">
        <w:rPr>
          <w:rFonts w:ascii="Cambria" w:hAnsi="Cambria"/>
          <w:b/>
          <w:sz w:val="28"/>
          <w:szCs w:val="28"/>
          <w:lang w:val="ro-RO"/>
        </w:rPr>
        <w:t>CERERE</w:t>
      </w: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1E1635" w:rsidRPr="004868AB" w14:paraId="2045E07B" w14:textId="77777777" w:rsidTr="00F67398">
        <w:trPr>
          <w:jc w:val="center"/>
        </w:trPr>
        <w:tc>
          <w:tcPr>
            <w:tcW w:w="9636" w:type="dxa"/>
            <w:shd w:val="clear" w:color="auto" w:fill="F4F4F4"/>
          </w:tcPr>
          <w:p w14:paraId="420DA37E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sz w:val="16"/>
                <w:lang w:val="ro-RO"/>
              </w:rPr>
              <w:t xml:space="preserve"> 1. </w:t>
            </w:r>
            <w:r w:rsidRPr="004868AB">
              <w:rPr>
                <w:rFonts w:ascii="Cambria" w:hAnsi="Cambria"/>
                <w:b/>
                <w:sz w:val="18"/>
                <w:lang w:val="ro-RO"/>
              </w:rPr>
              <w:t>CĂTRE</w:t>
            </w:r>
          </w:p>
        </w:tc>
      </w:tr>
      <w:tr w:rsidR="001E1635" w:rsidRPr="004868AB" w14:paraId="3420F494" w14:textId="77777777" w:rsidTr="00C25F40">
        <w:trPr>
          <w:trHeight w:val="441"/>
          <w:jc w:val="center"/>
        </w:trPr>
        <w:tc>
          <w:tcPr>
            <w:tcW w:w="9636" w:type="dxa"/>
          </w:tcPr>
          <w:p w14:paraId="2CEFF706" w14:textId="0CE474E1" w:rsidR="00C25F40" w:rsidRPr="004868AB" w:rsidRDefault="00E253C2">
            <w:pPr>
              <w:keepNext/>
              <w:rPr>
                <w:rFonts w:ascii="Cambria" w:hAnsi="Cambria"/>
                <w:b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Instituția</w:t>
            </w:r>
          </w:p>
          <w:p w14:paraId="5258CF99" w14:textId="574B50AB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i/>
                <w:lang w:val="ro-RO"/>
              </w:rPr>
              <w:t>primăria municipiului / orașului / comunei · primăria de sector · consiliul județean</w:t>
            </w:r>
          </w:p>
        </w:tc>
      </w:tr>
      <w:tr w:rsidR="001E1635" w:rsidRPr="004868AB" w14:paraId="75BAA432" w14:textId="77777777" w:rsidTr="00F67398">
        <w:trPr>
          <w:jc w:val="center"/>
        </w:trPr>
        <w:tc>
          <w:tcPr>
            <w:tcW w:w="9636" w:type="dxa"/>
            <w:shd w:val="clear" w:color="auto" w:fill="F4F4F4"/>
          </w:tcPr>
          <w:p w14:paraId="6F539CFE" w14:textId="77777777" w:rsidR="001E1635" w:rsidRPr="004868AB" w:rsidRDefault="00E253C2">
            <w:pPr>
              <w:spacing w:line="228" w:lineRule="auto"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43A0FF9" w14:textId="77777777" w:rsidR="001E1635" w:rsidRPr="004868AB" w:rsidRDefault="001E1635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803"/>
        <w:gridCol w:w="803"/>
        <w:gridCol w:w="803"/>
        <w:gridCol w:w="803"/>
        <w:gridCol w:w="1607"/>
        <w:gridCol w:w="1607"/>
      </w:tblGrid>
      <w:tr w:rsidR="001E1635" w:rsidRPr="004868AB" w14:paraId="5854020C" w14:textId="77777777" w:rsidTr="00F67398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sz w:val="16"/>
                <w:lang w:val="ro-RO"/>
              </w:rPr>
              <w:t xml:space="preserve"> 2. </w:t>
            </w:r>
            <w:r w:rsidRPr="004868AB">
              <w:rPr>
                <w:rFonts w:ascii="Cambria" w:hAnsi="Cambria"/>
                <w:b/>
                <w:sz w:val="18"/>
                <w:lang w:val="ro-RO"/>
              </w:rPr>
              <w:t>SOLICITANTUL</w:t>
            </w:r>
          </w:p>
        </w:tc>
      </w:tr>
      <w:tr w:rsidR="001E1635" w:rsidRPr="004868AB" w14:paraId="4480B39A" w14:textId="77777777" w:rsidTr="00F67398">
        <w:trPr>
          <w:trHeight w:val="510"/>
          <w:jc w:val="center"/>
        </w:trPr>
        <w:tc>
          <w:tcPr>
            <w:tcW w:w="5621" w:type="dxa"/>
            <w:gridSpan w:val="5"/>
          </w:tcPr>
          <w:p w14:paraId="29DF6AD7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Nume și prenume</w:t>
            </w:r>
          </w:p>
          <w:p w14:paraId="7B1283D5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10587865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CNP</w:t>
            </w:r>
          </w:p>
          <w:p w14:paraId="2D0F7177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1E1635" w:rsidRPr="004868AB" w14:paraId="281AC35D" w14:textId="77777777" w:rsidTr="00F67398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sz w:val="16"/>
                <w:lang w:val="ro-RO"/>
              </w:rPr>
              <w:t xml:space="preserve"> Act de identitate</w:t>
            </w:r>
          </w:p>
        </w:tc>
      </w:tr>
      <w:tr w:rsidR="001E1635" w:rsidRPr="004868AB" w14:paraId="3790C6C1" w14:textId="77777777" w:rsidTr="00F67398">
        <w:trPr>
          <w:trHeight w:val="510"/>
          <w:jc w:val="center"/>
        </w:trPr>
        <w:tc>
          <w:tcPr>
            <w:tcW w:w="1606" w:type="dxa"/>
          </w:tcPr>
          <w:p w14:paraId="25C5910B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Seria</w:t>
            </w:r>
          </w:p>
          <w:p w14:paraId="275A06B3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43BFC13E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Numărul</w:t>
            </w:r>
          </w:p>
          <w:p w14:paraId="2E65348D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7B9DD492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Eliberat de</w:t>
            </w:r>
          </w:p>
          <w:p w14:paraId="70F0CC96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60E597E4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La data</w:t>
            </w:r>
          </w:p>
          <w:p w14:paraId="6300FA57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1E1635" w:rsidRPr="004868AB" w14:paraId="67FFBA1F" w14:textId="77777777" w:rsidTr="00F67398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sz w:val="16"/>
                <w:lang w:val="ro-RO"/>
              </w:rPr>
              <w:t xml:space="preserve"> Domiciliul</w:t>
            </w:r>
          </w:p>
        </w:tc>
      </w:tr>
      <w:tr w:rsidR="001E1635" w:rsidRPr="004868AB" w14:paraId="5A3E1F29" w14:textId="77777777" w:rsidTr="00F67398">
        <w:trPr>
          <w:trHeight w:val="510"/>
          <w:jc w:val="center"/>
        </w:trPr>
        <w:tc>
          <w:tcPr>
            <w:tcW w:w="3212" w:type="dxa"/>
            <w:gridSpan w:val="2"/>
          </w:tcPr>
          <w:p w14:paraId="589435AA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Județul</w:t>
            </w:r>
          </w:p>
          <w:p w14:paraId="48DBA502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2D5606EF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Municipiul / orașul / comuna</w:t>
            </w:r>
          </w:p>
          <w:p w14:paraId="5854C40F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46F246FF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Satul / sectorul</w:t>
            </w:r>
          </w:p>
          <w:p w14:paraId="579A6C6B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1E1635" w:rsidRPr="004868AB" w14:paraId="476479AF" w14:textId="77777777" w:rsidTr="00F67398">
        <w:trPr>
          <w:trHeight w:val="510"/>
          <w:jc w:val="center"/>
        </w:trPr>
        <w:tc>
          <w:tcPr>
            <w:tcW w:w="3212" w:type="dxa"/>
            <w:gridSpan w:val="2"/>
          </w:tcPr>
          <w:p w14:paraId="1C3E3D04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Strada</w:t>
            </w:r>
          </w:p>
          <w:p w14:paraId="1AB7831E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0D2DE660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Nr.</w:t>
            </w:r>
          </w:p>
          <w:p w14:paraId="34EBA780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4F859CEF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Sc.</w:t>
            </w:r>
          </w:p>
          <w:p w14:paraId="53E268F2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2FE0E9E0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Et.</w:t>
            </w:r>
          </w:p>
          <w:p w14:paraId="627907AC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58282E65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Ap.</w:t>
            </w:r>
          </w:p>
          <w:p w14:paraId="1888BB86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508ECD8F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Cod poștal</w:t>
            </w:r>
          </w:p>
          <w:p w14:paraId="1170C48A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2E309097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Țara</w:t>
            </w:r>
          </w:p>
          <w:p w14:paraId="1827BC03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1E1635" w:rsidRPr="004868AB" w14:paraId="4797D956" w14:textId="77777777" w:rsidTr="00F67398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sz w:val="16"/>
                <w:lang w:val="ro-RO"/>
              </w:rPr>
              <w:t xml:space="preserve"> Date de contact</w:t>
            </w:r>
          </w:p>
        </w:tc>
      </w:tr>
      <w:tr w:rsidR="001E1635" w:rsidRPr="004868AB" w14:paraId="10DC5DDE" w14:textId="77777777" w:rsidTr="00F67398">
        <w:trPr>
          <w:trHeight w:val="510"/>
          <w:jc w:val="center"/>
        </w:trPr>
        <w:tc>
          <w:tcPr>
            <w:tcW w:w="4015" w:type="dxa"/>
            <w:gridSpan w:val="3"/>
          </w:tcPr>
          <w:p w14:paraId="277983B2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Telefon / fax</w:t>
            </w:r>
          </w:p>
          <w:p w14:paraId="7BBE1A21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46FD555B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E-mail</w:t>
            </w:r>
          </w:p>
          <w:p w14:paraId="7FC05727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1E1635" w:rsidRPr="004868AB" w14:paraId="22088ED8" w14:textId="77777777" w:rsidTr="00F67398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sz w:val="16"/>
                <w:lang w:val="ro-RO"/>
              </w:rPr>
              <w:t xml:space="preserve"> Reprezentare</w:t>
            </w:r>
          </w:p>
        </w:tc>
      </w:tr>
      <w:tr w:rsidR="001E1635" w:rsidRPr="004868AB" w14:paraId="10CEC702" w14:textId="77777777" w:rsidTr="00F67398">
        <w:trPr>
          <w:trHeight w:val="510"/>
          <w:jc w:val="center"/>
        </w:trPr>
        <w:tc>
          <w:tcPr>
            <w:tcW w:w="6424" w:type="dxa"/>
            <w:gridSpan w:val="6"/>
          </w:tcPr>
          <w:p w14:paraId="3D5CCA69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În calitate de reprezentant al</w:t>
            </w:r>
          </w:p>
          <w:p w14:paraId="2BCE0519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19A65997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CUI / CIF</w:t>
            </w:r>
          </w:p>
          <w:p w14:paraId="1DC7B09A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1E1635" w:rsidRPr="004868AB" w14:paraId="345755EE" w14:textId="77777777" w:rsidTr="00F67398">
        <w:trPr>
          <w:jc w:val="center"/>
        </w:trPr>
        <w:tc>
          <w:tcPr>
            <w:tcW w:w="9636" w:type="dxa"/>
            <w:gridSpan w:val="8"/>
          </w:tcPr>
          <w:p w14:paraId="67B56101" w14:textId="77777777" w:rsidR="001E1635" w:rsidRPr="004868AB" w:rsidRDefault="00E253C2">
            <w:pPr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titular al dreptului de proprietate     </w:t>
            </w:r>
            <w:r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4868AB">
              <w:rPr>
                <w:rFonts w:ascii="Cambria" w:hAnsi="Cambria" w:cs="Cambria"/>
                <w:sz w:val="16"/>
                <w:lang w:val="ro-RO"/>
              </w:rPr>
              <w:t>î</w:t>
            </w:r>
            <w:r w:rsidRPr="004868AB">
              <w:rPr>
                <w:rFonts w:ascii="Cambria" w:hAnsi="Cambria"/>
                <w:sz w:val="16"/>
                <w:lang w:val="ro-RO"/>
              </w:rPr>
              <w:t>mputernicit al titularului</w:t>
            </w:r>
          </w:p>
        </w:tc>
      </w:tr>
    </w:tbl>
    <w:p w14:paraId="15885AE3" w14:textId="77777777" w:rsidR="001E1635" w:rsidRPr="004868AB" w:rsidRDefault="001E1635">
      <w:pPr>
        <w:spacing w:line="168" w:lineRule="auto"/>
        <w:rPr>
          <w:rFonts w:ascii="Cambria" w:hAnsi="Cambria"/>
          <w:lang w:val="ro-RO"/>
        </w:rPr>
      </w:pPr>
    </w:p>
    <w:p w14:paraId="2B137E9F" w14:textId="77777777" w:rsidR="001E1635" w:rsidRPr="004868AB" w:rsidRDefault="00E253C2" w:rsidP="009A46B9">
      <w:pPr>
        <w:jc w:val="center"/>
        <w:rPr>
          <w:rFonts w:ascii="Cambria" w:hAnsi="Cambria"/>
          <w:lang w:val="ro-RO"/>
        </w:rPr>
      </w:pPr>
      <w:r w:rsidRPr="004868AB">
        <w:rPr>
          <w:rFonts w:ascii="Cambria" w:hAnsi="Cambria"/>
          <w:sz w:val="18"/>
          <w:lang w:val="ro-RO"/>
        </w:rPr>
        <w:t>în conformitate cu prevederile Legii nr. 169/2026 privind Codul amenajării teritoriului, urbanismului și construcțiilor,</w:t>
      </w:r>
    </w:p>
    <w:p w14:paraId="25ED7088" w14:textId="77777777" w:rsidR="001E1635" w:rsidRPr="004868AB" w:rsidRDefault="00E253C2" w:rsidP="009A46B9">
      <w:pPr>
        <w:jc w:val="center"/>
        <w:rPr>
          <w:rFonts w:ascii="Cambria" w:hAnsi="Cambria"/>
          <w:lang w:val="ro-RO"/>
        </w:rPr>
      </w:pPr>
      <w:r w:rsidRPr="004868AB">
        <w:rPr>
          <w:rFonts w:ascii="Cambria" w:hAnsi="Cambria"/>
          <w:sz w:val="18"/>
          <w:lang w:val="ro-RO"/>
        </w:rPr>
        <w:t>solicit emiterea</w:t>
      </w:r>
    </w:p>
    <w:p w14:paraId="2102D1EC" w14:textId="77777777" w:rsidR="001E1635" w:rsidRPr="004868AB" w:rsidRDefault="00E253C2" w:rsidP="009A46B9">
      <w:pPr>
        <w:jc w:val="center"/>
        <w:rPr>
          <w:rFonts w:ascii="Cambria" w:hAnsi="Cambria"/>
          <w:lang w:val="ro-RO"/>
        </w:rPr>
      </w:pPr>
      <w:r w:rsidRPr="004868AB">
        <w:rPr>
          <w:rFonts w:ascii="Cambria" w:hAnsi="Cambria"/>
          <w:b/>
          <w:sz w:val="20"/>
          <w:lang w:val="ro-RO"/>
        </w:rPr>
        <w:t>CERTIFICATULUI DE URBANISM</w:t>
      </w:r>
    </w:p>
    <w:p w14:paraId="043C0D46" w14:textId="77777777" w:rsidR="001E1635" w:rsidRPr="004868AB" w:rsidRDefault="00E253C2" w:rsidP="009A46B9">
      <w:pPr>
        <w:jc w:val="center"/>
        <w:rPr>
          <w:rFonts w:ascii="Cambria" w:hAnsi="Cambria"/>
          <w:b/>
          <w:sz w:val="20"/>
          <w:lang w:val="ro-RO"/>
        </w:rPr>
      </w:pPr>
      <w:r w:rsidRPr="004868AB">
        <w:rPr>
          <w:rFonts w:ascii="Cambria" w:hAnsi="Cambria"/>
          <w:b/>
          <w:sz w:val="20"/>
          <w:lang w:val="ro-RO"/>
        </w:rPr>
        <w:t>PENTRU OPERAȚIUNI CADASTRALE</w:t>
      </w: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9639"/>
      </w:tblGrid>
      <w:tr w:rsidR="006257CA" w:rsidRPr="004868AB" w14:paraId="1F9B2A48" w14:textId="77777777" w:rsidTr="00F67398">
        <w:trPr>
          <w:jc w:val="center"/>
        </w:trPr>
        <w:tc>
          <w:tcPr>
            <w:tcW w:w="9636" w:type="dxa"/>
          </w:tcPr>
          <w:p w14:paraId="231CB6BD" w14:textId="5A290929" w:rsidR="006257CA" w:rsidRPr="004868AB" w:rsidRDefault="006257CA" w:rsidP="00C245EC">
            <w:pPr>
              <w:rPr>
                <w:rFonts w:ascii="Cambria" w:hAnsi="Cambria" w:cs="Segoe UI Symbol"/>
                <w:b/>
                <w:bCs/>
                <w:sz w:val="18"/>
                <w:szCs w:val="18"/>
                <w:lang w:val="ro-RO"/>
              </w:rPr>
            </w:pPr>
            <w:r w:rsidRPr="004868AB">
              <w:rPr>
                <w:rFonts w:ascii="Cambria" w:hAnsi="Cambria"/>
                <w:b/>
                <w:bCs/>
                <w:sz w:val="18"/>
                <w:szCs w:val="18"/>
                <w:lang w:val="ro-RO"/>
              </w:rPr>
              <w:t>3. ÎN  VEDEREA REALIZĂRII OPERAȚIUNII CADATRALE :</w:t>
            </w:r>
          </w:p>
        </w:tc>
      </w:tr>
      <w:tr w:rsidR="006257CA" w:rsidRPr="004868AB" w14:paraId="3DEC5D63" w14:textId="77777777" w:rsidTr="00F67398">
        <w:trPr>
          <w:jc w:val="center"/>
        </w:trPr>
        <w:tc>
          <w:tcPr>
            <w:tcW w:w="9636" w:type="dxa"/>
          </w:tcPr>
          <w:p w14:paraId="008D0B05" w14:textId="77777777" w:rsidR="006257CA" w:rsidRPr="004868AB" w:rsidRDefault="006257CA" w:rsidP="00C245EC">
            <w:pPr>
              <w:rPr>
                <w:rFonts w:ascii="Cambria" w:hAnsi="Cambria"/>
                <w:lang w:val="ro-RO"/>
              </w:rPr>
            </w:pPr>
            <w:r w:rsidRPr="004868AB">
              <w:rPr>
                <w:rFonts w:ascii="Segoe UI Symbol" w:hAnsi="Segoe UI Symbol" w:cs="Segoe UI Symbol"/>
                <w:lang w:val="ro-RO"/>
              </w:rPr>
              <w:t>☐</w:t>
            </w:r>
            <w:r w:rsidRPr="004868AB">
              <w:rPr>
                <w:rFonts w:ascii="Cambria" w:hAnsi="Cambria"/>
                <w:lang w:val="ro-RO"/>
              </w:rPr>
              <w:t xml:space="preserve"> comasare (alipire)     </w:t>
            </w:r>
            <w:r w:rsidRPr="004868AB">
              <w:rPr>
                <w:rFonts w:ascii="Segoe UI Symbol" w:hAnsi="Segoe UI Symbol" w:cs="Segoe UI Symbol"/>
                <w:lang w:val="ro-RO"/>
              </w:rPr>
              <w:t>☐</w:t>
            </w:r>
            <w:r w:rsidRPr="004868AB">
              <w:rPr>
                <w:rFonts w:ascii="Cambria" w:hAnsi="Cambria"/>
                <w:lang w:val="ro-RO"/>
              </w:rPr>
              <w:t xml:space="preserve"> dezmembrare (dezlipire)     </w:t>
            </w:r>
            <w:r w:rsidRPr="004868AB">
              <w:rPr>
                <w:rFonts w:ascii="Segoe UI Symbol" w:hAnsi="Segoe UI Symbol" w:cs="Segoe UI Symbol"/>
                <w:lang w:val="ro-RO"/>
              </w:rPr>
              <w:t>☐</w:t>
            </w:r>
            <w:r w:rsidRPr="004868AB">
              <w:rPr>
                <w:rFonts w:ascii="Cambria" w:hAnsi="Cambria"/>
                <w:lang w:val="ro-RO"/>
              </w:rPr>
              <w:t xml:space="preserve"> </w:t>
            </w:r>
            <w:r w:rsidRPr="004868AB">
              <w:rPr>
                <w:rFonts w:ascii="Cambria" w:hAnsi="Cambria" w:cs="Times New Roman"/>
                <w:lang w:val="ro-RO"/>
              </w:rPr>
              <w:t>î</w:t>
            </w:r>
            <w:r w:rsidRPr="004868AB">
              <w:rPr>
                <w:rFonts w:ascii="Cambria" w:hAnsi="Cambria"/>
                <w:lang w:val="ro-RO"/>
              </w:rPr>
              <w:t>nscrierea unor servitu</w:t>
            </w:r>
            <w:r w:rsidRPr="004868AB">
              <w:rPr>
                <w:rFonts w:ascii="Cambria" w:hAnsi="Cambria" w:cs="Times New Roman"/>
                <w:lang w:val="ro-RO"/>
              </w:rPr>
              <w:t>ț</w:t>
            </w:r>
            <w:r w:rsidRPr="004868AB">
              <w:rPr>
                <w:rFonts w:ascii="Cambria" w:hAnsi="Cambria"/>
                <w:lang w:val="ro-RO"/>
              </w:rPr>
              <w:t>i de trecere</w:t>
            </w:r>
          </w:p>
        </w:tc>
      </w:tr>
      <w:tr w:rsidR="006257CA" w:rsidRPr="004868AB" w14:paraId="13134CBC" w14:textId="77777777" w:rsidTr="00F67398">
        <w:trPr>
          <w:jc w:val="center"/>
        </w:trPr>
        <w:tc>
          <w:tcPr>
            <w:tcW w:w="9636" w:type="dxa"/>
          </w:tcPr>
          <w:p w14:paraId="2FC77D01" w14:textId="23D05350" w:rsidR="006257CA" w:rsidRPr="004868AB" w:rsidRDefault="006257CA" w:rsidP="00C245EC">
            <w:pPr>
              <w:rPr>
                <w:rFonts w:ascii="Cambria" w:hAnsi="Cambria"/>
                <w:lang w:val="ro-RO"/>
              </w:rPr>
            </w:pPr>
            <w:r w:rsidRPr="004868AB">
              <w:rPr>
                <w:rFonts w:ascii="Segoe UI Symbol" w:hAnsi="Segoe UI Symbol" w:cs="Segoe UI Symbol"/>
                <w:lang w:val="ro-RO"/>
              </w:rPr>
              <w:t>☐</w:t>
            </w:r>
            <w:r w:rsidRPr="004868AB">
              <w:rPr>
                <w:rFonts w:ascii="Cambria" w:hAnsi="Cambria"/>
                <w:lang w:val="ro-RO"/>
              </w:rPr>
              <w:t xml:space="preserve"> eviden</w:t>
            </w:r>
            <w:r w:rsidRPr="004868AB">
              <w:rPr>
                <w:rFonts w:ascii="Cambria" w:hAnsi="Cambria" w:cs="Times New Roman"/>
                <w:lang w:val="ro-RO"/>
              </w:rPr>
              <w:t>ț</w:t>
            </w:r>
            <w:r w:rsidRPr="004868AB">
              <w:rPr>
                <w:rFonts w:ascii="Cambria" w:hAnsi="Cambria"/>
                <w:lang w:val="ro-RO"/>
              </w:rPr>
              <w:t xml:space="preserve">ieri de imobile </w:t>
            </w:r>
            <w:r w:rsidRPr="004868AB">
              <w:rPr>
                <w:rFonts w:ascii="Cambria" w:hAnsi="Cambria" w:cs="Times New Roman"/>
                <w:lang w:val="ro-RO"/>
              </w:rPr>
              <w:t>î</w:t>
            </w:r>
            <w:r w:rsidRPr="004868AB">
              <w:rPr>
                <w:rFonts w:ascii="Cambria" w:hAnsi="Cambria"/>
                <w:lang w:val="ro-RO"/>
              </w:rPr>
              <w:t>n cartea funciar</w:t>
            </w:r>
            <w:r w:rsidRPr="004868AB">
              <w:rPr>
                <w:rFonts w:ascii="Cambria" w:hAnsi="Cambria" w:cs="Times New Roman"/>
                <w:lang w:val="ro-RO"/>
              </w:rPr>
              <w:t>ă</w:t>
            </w:r>
            <w:r w:rsidRPr="004868AB">
              <w:rPr>
                <w:rFonts w:ascii="Cambria" w:hAnsi="Cambria"/>
                <w:lang w:val="ro-RO"/>
              </w:rPr>
              <w:t xml:space="preserve">     </w:t>
            </w:r>
            <w:r w:rsidRPr="004868AB">
              <w:rPr>
                <w:rFonts w:ascii="Segoe UI Symbol" w:hAnsi="Segoe UI Symbol" w:cs="Segoe UI Symbol"/>
                <w:lang w:val="ro-RO"/>
              </w:rPr>
              <w:t>☐</w:t>
            </w:r>
            <w:r w:rsidRPr="004868AB">
              <w:rPr>
                <w:rFonts w:ascii="Cambria" w:hAnsi="Cambria"/>
                <w:lang w:val="ro-RO"/>
              </w:rPr>
              <w:t xml:space="preserve"> reeviden</w:t>
            </w:r>
            <w:r w:rsidRPr="004868AB">
              <w:rPr>
                <w:rFonts w:ascii="Cambria" w:hAnsi="Cambria" w:cs="Times New Roman"/>
                <w:lang w:val="ro-RO"/>
              </w:rPr>
              <w:t>ț</w:t>
            </w:r>
            <w:r w:rsidRPr="004868AB">
              <w:rPr>
                <w:rFonts w:ascii="Cambria" w:hAnsi="Cambria"/>
                <w:lang w:val="ro-RO"/>
              </w:rPr>
              <w:t xml:space="preserve">ieri de imobile </w:t>
            </w:r>
            <w:r w:rsidRPr="004868AB">
              <w:rPr>
                <w:rFonts w:ascii="Cambria" w:hAnsi="Cambria" w:cs="Times New Roman"/>
                <w:lang w:val="ro-RO"/>
              </w:rPr>
              <w:t>î</w:t>
            </w:r>
            <w:r w:rsidRPr="004868AB">
              <w:rPr>
                <w:rFonts w:ascii="Cambria" w:hAnsi="Cambria"/>
                <w:lang w:val="ro-RO"/>
              </w:rPr>
              <w:t>n cartea funciar</w:t>
            </w:r>
            <w:r w:rsidRPr="004868AB">
              <w:rPr>
                <w:rFonts w:ascii="Cambria" w:hAnsi="Cambria" w:cs="Times New Roman"/>
                <w:lang w:val="ro-RO"/>
              </w:rPr>
              <w:t>ă</w:t>
            </w:r>
          </w:p>
        </w:tc>
      </w:tr>
      <w:tr w:rsidR="001E1635" w:rsidRPr="004868AB" w14:paraId="4130274C" w14:textId="77777777" w:rsidTr="00F67398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jc w:val="center"/>
        </w:trPr>
        <w:tc>
          <w:tcPr>
            <w:tcW w:w="9636" w:type="dxa"/>
            <w:shd w:val="clear" w:color="auto" w:fill="F4F4F4"/>
          </w:tcPr>
          <w:p w14:paraId="0ED5F54C" w14:textId="12969A2F" w:rsidR="001E1635" w:rsidRPr="004868AB" w:rsidRDefault="006257CA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sz w:val="16"/>
                <w:lang w:val="ro-RO"/>
              </w:rPr>
              <w:t>Descrierea operațiunii cadastrale propuse :</w:t>
            </w:r>
          </w:p>
        </w:tc>
      </w:tr>
      <w:tr w:rsidR="001E1635" w:rsidRPr="004868AB" w14:paraId="2E947D31" w14:textId="77777777" w:rsidTr="00F67398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jc w:val="center"/>
        </w:trPr>
        <w:tc>
          <w:tcPr>
            <w:tcW w:w="9636" w:type="dxa"/>
          </w:tcPr>
          <w:p w14:paraId="6F605B69" w14:textId="77777777" w:rsidR="001E1635" w:rsidRPr="004868AB" w:rsidRDefault="001E1635">
            <w:pPr>
              <w:pBdr>
                <w:bottom w:val="dotted" w:sz="6" w:space="0" w:color="999999"/>
              </w:pBdr>
              <w:spacing w:after="80"/>
              <w:rPr>
                <w:rFonts w:ascii="Cambria" w:hAnsi="Cambria"/>
                <w:lang w:val="ro-RO"/>
              </w:rPr>
            </w:pPr>
          </w:p>
          <w:p w14:paraId="5E9FABF3" w14:textId="77777777" w:rsidR="001E1635" w:rsidRPr="004868AB" w:rsidRDefault="001E1635">
            <w:pPr>
              <w:pBdr>
                <w:bottom w:val="dotted" w:sz="6" w:space="0" w:color="999999"/>
              </w:pBdr>
              <w:spacing w:after="80"/>
              <w:rPr>
                <w:rFonts w:ascii="Cambria" w:hAnsi="Cambria"/>
                <w:lang w:val="ro-RO"/>
              </w:rPr>
            </w:pPr>
          </w:p>
        </w:tc>
      </w:tr>
    </w:tbl>
    <w:p w14:paraId="11939A91" w14:textId="77777777" w:rsidR="001E1635" w:rsidRPr="004868AB" w:rsidRDefault="001E1635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2410"/>
        <w:gridCol w:w="803"/>
        <w:gridCol w:w="803"/>
        <w:gridCol w:w="2410"/>
      </w:tblGrid>
      <w:tr w:rsidR="001E1635" w:rsidRPr="004868AB" w14:paraId="41F9A1C0" w14:textId="77777777" w:rsidTr="00F67398">
        <w:trPr>
          <w:jc w:val="center"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sz w:val="16"/>
                <w:lang w:val="ro-RO"/>
              </w:rPr>
              <w:t xml:space="preserve"> </w:t>
            </w:r>
            <w:r w:rsidR="006257CA" w:rsidRPr="004868AB">
              <w:rPr>
                <w:rFonts w:ascii="Cambria" w:hAnsi="Cambria"/>
                <w:b/>
                <w:sz w:val="16"/>
                <w:lang w:val="ro-RO"/>
              </w:rPr>
              <w:t>4</w:t>
            </w:r>
            <w:r w:rsidRPr="004868AB">
              <w:rPr>
                <w:rFonts w:ascii="Cambria" w:hAnsi="Cambria"/>
                <w:b/>
                <w:sz w:val="16"/>
                <w:lang w:val="ro-RO"/>
              </w:rPr>
              <w:t xml:space="preserve">. </w:t>
            </w:r>
            <w:r w:rsidRPr="004868AB">
              <w:rPr>
                <w:rFonts w:ascii="Cambria" w:hAnsi="Cambria"/>
                <w:b/>
                <w:sz w:val="18"/>
                <w:lang w:val="ro-RO"/>
              </w:rPr>
              <w:t>IMOBILUL</w:t>
            </w:r>
          </w:p>
        </w:tc>
      </w:tr>
      <w:tr w:rsidR="001E1635" w:rsidRPr="004868AB" w14:paraId="5CECB338" w14:textId="77777777" w:rsidTr="00F67398">
        <w:trPr>
          <w:jc w:val="center"/>
        </w:trPr>
        <w:tc>
          <w:tcPr>
            <w:tcW w:w="9636" w:type="dxa"/>
            <w:gridSpan w:val="6"/>
          </w:tcPr>
          <w:p w14:paraId="20BF109A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teren     </w:t>
            </w:r>
            <w:r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construc</w:t>
            </w:r>
            <w:r w:rsidRPr="004868AB">
              <w:rPr>
                <w:rFonts w:ascii="Cambria" w:hAnsi="Cambria" w:cs="Cambria"/>
                <w:sz w:val="16"/>
                <w:lang w:val="ro-RO"/>
              </w:rPr>
              <w:t>ț</w:t>
            </w:r>
            <w:r w:rsidRPr="004868AB">
              <w:rPr>
                <w:rFonts w:ascii="Cambria" w:hAnsi="Cambria"/>
                <w:sz w:val="16"/>
                <w:lang w:val="ro-RO"/>
              </w:rPr>
              <w:t>ii</w:t>
            </w:r>
          </w:p>
        </w:tc>
      </w:tr>
      <w:tr w:rsidR="001E1635" w:rsidRPr="004868AB" w14:paraId="45CA87BD" w14:textId="77777777" w:rsidTr="00F67398">
        <w:trPr>
          <w:trHeight w:val="510"/>
          <w:jc w:val="center"/>
        </w:trPr>
        <w:tc>
          <w:tcPr>
            <w:tcW w:w="3212" w:type="dxa"/>
            <w:gridSpan w:val="2"/>
          </w:tcPr>
          <w:p w14:paraId="7FA44BEC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Județ</w:t>
            </w:r>
          </w:p>
          <w:p w14:paraId="5D01A21B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2B4CBF0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Municipiu / oraș / comună</w:t>
            </w:r>
          </w:p>
          <w:p w14:paraId="0D007FC5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67326A47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Sat / sector</w:t>
            </w:r>
          </w:p>
          <w:p w14:paraId="14240B19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1E1635" w:rsidRPr="004868AB" w14:paraId="558EF397" w14:textId="77777777" w:rsidTr="00F67398">
        <w:trPr>
          <w:trHeight w:val="510"/>
          <w:jc w:val="center"/>
        </w:trPr>
        <w:tc>
          <w:tcPr>
            <w:tcW w:w="1606" w:type="dxa"/>
          </w:tcPr>
          <w:p w14:paraId="05C62658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Cod poștal</w:t>
            </w:r>
          </w:p>
          <w:p w14:paraId="1DB9B8CA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78F2E769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Strada</w:t>
            </w:r>
          </w:p>
          <w:p w14:paraId="19A492AB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599B76C6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Nr.</w:t>
            </w:r>
          </w:p>
          <w:p w14:paraId="3C285CCD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737CFA43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Bl. / sc. / et. / ap.</w:t>
            </w:r>
          </w:p>
          <w:p w14:paraId="1C99DBB8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1E1635" w:rsidRPr="004868AB" w14:paraId="7C749B99" w14:textId="77777777" w:rsidTr="00F67398">
        <w:trPr>
          <w:trHeight w:val="510"/>
          <w:jc w:val="center"/>
        </w:trPr>
        <w:tc>
          <w:tcPr>
            <w:tcW w:w="5621" w:type="dxa"/>
            <w:gridSpan w:val="3"/>
          </w:tcPr>
          <w:p w14:paraId="6823C836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Număr cadastral</w:t>
            </w:r>
          </w:p>
          <w:p w14:paraId="3FC4B016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i/>
                <w:lang w:val="ro-RO"/>
              </w:rPr>
              <w:t>dacă imobilul e înscris în e-Terra</w:t>
            </w:r>
          </w:p>
          <w:p w14:paraId="77A4081E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Carte funciară nr.</w:t>
            </w:r>
          </w:p>
          <w:p w14:paraId="085D4033" w14:textId="77777777" w:rsidR="001E1635" w:rsidRPr="004868AB" w:rsidRDefault="001E1635">
            <w:pPr>
              <w:keepNext/>
              <w:rPr>
                <w:rFonts w:ascii="Cambria" w:hAnsi="Cambria"/>
                <w:lang w:val="ro-RO"/>
              </w:rPr>
            </w:pPr>
          </w:p>
        </w:tc>
      </w:tr>
    </w:tbl>
    <w:p w14:paraId="6A8F4A2A" w14:textId="1AAC5F68" w:rsidR="001E1635" w:rsidRPr="004868AB" w:rsidRDefault="001E1635" w:rsidP="006257CA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1E1635" w:rsidRPr="004868AB" w14:paraId="748EC5C4" w14:textId="77777777" w:rsidTr="00F67398">
        <w:trPr>
          <w:jc w:val="center"/>
        </w:trPr>
        <w:tc>
          <w:tcPr>
            <w:tcW w:w="9636" w:type="dxa"/>
            <w:shd w:val="clear" w:color="auto" w:fill="F4F4F4"/>
          </w:tcPr>
          <w:p w14:paraId="161D13D6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sz w:val="16"/>
                <w:lang w:val="ro-RO"/>
              </w:rPr>
              <w:t xml:space="preserve"> 5. </w:t>
            </w:r>
            <w:r w:rsidRPr="004868AB">
              <w:rPr>
                <w:rFonts w:ascii="Cambria" w:hAnsi="Cambria"/>
                <w:b/>
                <w:sz w:val="18"/>
                <w:lang w:val="ro-RO"/>
              </w:rPr>
              <w:t>SE ANEXEAZĂ</w:t>
            </w:r>
          </w:p>
        </w:tc>
      </w:tr>
      <w:tr w:rsidR="001E1635" w:rsidRPr="004868AB" w14:paraId="289229A3" w14:textId="77777777" w:rsidTr="00F67398">
        <w:trPr>
          <w:jc w:val="center"/>
        </w:trPr>
        <w:tc>
          <w:tcPr>
            <w:tcW w:w="9636" w:type="dxa"/>
          </w:tcPr>
          <w:p w14:paraId="595ED756" w14:textId="6E06C131" w:rsidR="006257CA" w:rsidRPr="004868AB" w:rsidRDefault="00E253C2">
            <w:pPr>
              <w:rPr>
                <w:rFonts w:ascii="Cambria" w:hAnsi="Cambria"/>
                <w:sz w:val="16"/>
                <w:lang w:val="ro-RO"/>
              </w:rPr>
            </w:pPr>
            <w:r w:rsidRPr="004868AB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documenta</w:t>
            </w:r>
            <w:r w:rsidRPr="004868AB">
              <w:rPr>
                <w:rFonts w:ascii="Cambria" w:hAnsi="Cambria" w:cs="Cambria"/>
                <w:sz w:val="16"/>
                <w:lang w:val="ro-RO"/>
              </w:rPr>
              <w:t>ț</w:t>
            </w:r>
            <w:r w:rsidRPr="004868AB">
              <w:rPr>
                <w:rFonts w:ascii="Cambria" w:hAnsi="Cambria"/>
                <w:sz w:val="16"/>
                <w:lang w:val="ro-RO"/>
              </w:rPr>
              <w:t>ia cadastral</w:t>
            </w:r>
            <w:r w:rsidRPr="004868AB">
              <w:rPr>
                <w:rFonts w:ascii="Cambria" w:hAnsi="Cambria" w:cs="Cambria"/>
                <w:sz w:val="16"/>
                <w:lang w:val="ro-RO"/>
              </w:rPr>
              <w:t>ă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    </w:t>
            </w:r>
            <w:r w:rsidR="006257CA" w:rsidRPr="004868AB">
              <w:rPr>
                <w:rFonts w:ascii="Cambria" w:hAnsi="Cambria"/>
                <w:sz w:val="16"/>
                <w:lang w:val="ro-RO"/>
              </w:rPr>
              <w:t xml:space="preserve">                         </w:t>
            </w:r>
            <w:r w:rsidR="006257CA"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="006257CA" w:rsidRPr="004868AB">
              <w:rPr>
                <w:rFonts w:ascii="Cambria" w:hAnsi="Cambria" w:cs="Segoe UI Symbol"/>
                <w:sz w:val="16"/>
                <w:lang w:val="ro-RO"/>
              </w:rPr>
              <w:t xml:space="preserve"> </w:t>
            </w:r>
            <w:r w:rsidR="006257CA" w:rsidRPr="004868AB">
              <w:rPr>
                <w:rFonts w:ascii="Cambria" w:hAnsi="Cambria"/>
                <w:sz w:val="16"/>
                <w:lang w:val="ro-RO"/>
              </w:rPr>
              <w:t>plan cu o propunere de comasare/dezmembrare</w:t>
            </w:r>
          </w:p>
          <w:p w14:paraId="2445E5EB" w14:textId="0416D81F" w:rsidR="001E1635" w:rsidRPr="004868AB" w:rsidRDefault="006257CA">
            <w:pPr>
              <w:rPr>
                <w:rFonts w:ascii="Cambria" w:hAnsi="Cambria"/>
                <w:sz w:val="16"/>
                <w:lang w:val="ro-RO"/>
              </w:rPr>
            </w:pPr>
            <w:r w:rsidRPr="004868AB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extras de carte funciară actualizat            </w:t>
            </w:r>
            <w:r w:rsidR="006939C5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plan de încadrare în zonă în sistem Stereo 70                    </w:t>
            </w:r>
            <w:r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împuternicirea, dacă este cazul      </w:t>
            </w:r>
          </w:p>
        </w:tc>
      </w:tr>
    </w:tbl>
    <w:p w14:paraId="0A540DB6" w14:textId="77777777" w:rsidR="001E1635" w:rsidRPr="004868AB" w:rsidRDefault="001E1635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1E1635" w:rsidRPr="004868AB" w14:paraId="457DF426" w14:textId="77777777" w:rsidTr="00F67398">
        <w:trPr>
          <w:jc w:val="center"/>
        </w:trPr>
        <w:tc>
          <w:tcPr>
            <w:tcW w:w="9636" w:type="dxa"/>
            <w:shd w:val="clear" w:color="auto" w:fill="F4F4F4"/>
          </w:tcPr>
          <w:p w14:paraId="559EBB22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sz w:val="16"/>
                <w:lang w:val="ro-RO"/>
              </w:rPr>
              <w:t xml:space="preserve"> 6. </w:t>
            </w:r>
            <w:r w:rsidRPr="004868AB">
              <w:rPr>
                <w:rFonts w:ascii="Cambria" w:hAnsi="Cambria"/>
                <w:b/>
                <w:sz w:val="18"/>
                <w:lang w:val="ro-RO"/>
              </w:rPr>
              <w:t>COMUNICAREA RĂSPUNSULUI</w:t>
            </w:r>
          </w:p>
        </w:tc>
      </w:tr>
      <w:tr w:rsidR="001E1635" w:rsidRPr="004868AB" w14:paraId="49112FAF" w14:textId="77777777" w:rsidTr="00F67398">
        <w:trPr>
          <w:jc w:val="center"/>
        </w:trPr>
        <w:tc>
          <w:tcPr>
            <w:tcW w:w="9636" w:type="dxa"/>
          </w:tcPr>
          <w:p w14:paraId="0C0C25C2" w14:textId="77777777" w:rsidR="001E1635" w:rsidRPr="004868AB" w:rsidRDefault="00E253C2">
            <w:pPr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4868AB">
              <w:rPr>
                <w:rFonts w:ascii="Cambria" w:hAnsi="Cambria" w:cs="Cambria"/>
                <w:sz w:val="16"/>
                <w:lang w:val="ro-RO"/>
              </w:rPr>
              <w:t>î</w:t>
            </w:r>
            <w:r w:rsidRPr="004868AB">
              <w:rPr>
                <w:rFonts w:ascii="Cambria" w:hAnsi="Cambria"/>
                <w:sz w:val="16"/>
                <w:lang w:val="ro-RO"/>
              </w:rPr>
              <w:t>n format scris, prin po</w:t>
            </w:r>
            <w:r w:rsidRPr="004868AB">
              <w:rPr>
                <w:rFonts w:ascii="Cambria" w:hAnsi="Cambria" w:cs="Cambria"/>
                <w:sz w:val="16"/>
                <w:lang w:val="ro-RO"/>
              </w:rPr>
              <w:t>ș</w:t>
            </w:r>
            <w:r w:rsidRPr="004868AB">
              <w:rPr>
                <w:rFonts w:ascii="Cambria" w:hAnsi="Cambria"/>
                <w:sz w:val="16"/>
                <w:lang w:val="ro-RO"/>
              </w:rPr>
              <w:t>t</w:t>
            </w:r>
            <w:r w:rsidRPr="004868AB">
              <w:rPr>
                <w:rFonts w:ascii="Cambria" w:hAnsi="Cambria" w:cs="Cambria"/>
                <w:sz w:val="16"/>
                <w:lang w:val="ro-RO"/>
              </w:rPr>
              <w:t>ă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    </w:t>
            </w:r>
            <w:r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4868AB">
              <w:rPr>
                <w:rFonts w:ascii="Cambria" w:hAnsi="Cambria" w:cs="Cambria"/>
                <w:sz w:val="16"/>
                <w:lang w:val="ro-RO"/>
              </w:rPr>
              <w:t>î</w:t>
            </w:r>
            <w:r w:rsidRPr="004868AB">
              <w:rPr>
                <w:rFonts w:ascii="Cambria" w:hAnsi="Cambria"/>
                <w:sz w:val="16"/>
                <w:lang w:val="ro-RO"/>
              </w:rPr>
              <w:t>n format digital, la adresa de e-mail indicat</w:t>
            </w:r>
            <w:r w:rsidRPr="004868AB">
              <w:rPr>
                <w:rFonts w:ascii="Cambria" w:hAnsi="Cambria" w:cs="Cambria"/>
                <w:sz w:val="16"/>
                <w:lang w:val="ro-RO"/>
              </w:rPr>
              <w:t>ă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    </w:t>
            </w:r>
            <w:r w:rsidRPr="004868A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868AB">
              <w:rPr>
                <w:rFonts w:ascii="Cambria" w:hAnsi="Cambria"/>
                <w:sz w:val="16"/>
                <w:lang w:val="ro-RO"/>
              </w:rPr>
              <w:t xml:space="preserve"> ridicare de la sediul autorit</w:t>
            </w:r>
            <w:r w:rsidRPr="004868AB">
              <w:rPr>
                <w:rFonts w:ascii="Cambria" w:hAnsi="Cambria" w:cs="Cambria"/>
                <w:sz w:val="16"/>
                <w:lang w:val="ro-RO"/>
              </w:rPr>
              <w:t>ăț</w:t>
            </w:r>
            <w:r w:rsidRPr="004868AB">
              <w:rPr>
                <w:rFonts w:ascii="Cambria" w:hAnsi="Cambria"/>
                <w:sz w:val="16"/>
                <w:lang w:val="ro-RO"/>
              </w:rPr>
              <w:t>ii</w:t>
            </w:r>
          </w:p>
        </w:tc>
      </w:tr>
    </w:tbl>
    <w:p w14:paraId="335F2CDC" w14:textId="77777777" w:rsidR="001E1635" w:rsidRPr="004868AB" w:rsidRDefault="001E1635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20"/>
        <w:gridCol w:w="3213"/>
      </w:tblGrid>
      <w:tr w:rsidR="001E1635" w:rsidRPr="004868AB" w14:paraId="31A38AB3" w14:textId="77777777" w:rsidTr="00F67398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Pr="004868AB" w:rsidRDefault="00E253C2">
            <w:pPr>
              <w:keepNext/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sz w:val="16"/>
                <w:lang w:val="ro-RO"/>
              </w:rPr>
              <w:t xml:space="preserve"> 7. </w:t>
            </w:r>
            <w:r w:rsidRPr="004868AB">
              <w:rPr>
                <w:rFonts w:ascii="Cambria" w:hAnsi="Cambria"/>
                <w:b/>
                <w:sz w:val="18"/>
                <w:lang w:val="ro-RO"/>
              </w:rPr>
              <w:t>DATA ȘI SEMNĂTURA</w:t>
            </w:r>
          </w:p>
        </w:tc>
      </w:tr>
      <w:tr w:rsidR="001E1635" w:rsidRPr="004868AB" w14:paraId="5E47B751" w14:textId="77777777" w:rsidTr="00F67398">
        <w:trPr>
          <w:trHeight w:val="510"/>
          <w:jc w:val="center"/>
        </w:trPr>
        <w:tc>
          <w:tcPr>
            <w:tcW w:w="1606" w:type="dxa"/>
          </w:tcPr>
          <w:p w14:paraId="6A0CBD1B" w14:textId="77777777" w:rsidR="001E1635" w:rsidRPr="004868AB" w:rsidRDefault="00E253C2">
            <w:pPr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Data</w:t>
            </w:r>
          </w:p>
          <w:p w14:paraId="05BFAAF9" w14:textId="77777777" w:rsidR="001E1635" w:rsidRPr="004868AB" w:rsidRDefault="001E1635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250ED718" w14:textId="77777777" w:rsidR="001E1635" w:rsidRPr="004868AB" w:rsidRDefault="00E253C2">
            <w:pPr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Solicitantul</w:t>
            </w:r>
          </w:p>
          <w:p w14:paraId="455E75E1" w14:textId="77777777" w:rsidR="001E1635" w:rsidRPr="004868AB" w:rsidRDefault="001E1635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</w:tcPr>
          <w:p w14:paraId="53DD217D" w14:textId="77777777" w:rsidR="001E1635" w:rsidRPr="004868AB" w:rsidRDefault="00E253C2">
            <w:pPr>
              <w:rPr>
                <w:rFonts w:ascii="Cambria" w:hAnsi="Cambria"/>
                <w:lang w:val="ro-RO"/>
              </w:rPr>
            </w:pPr>
            <w:r w:rsidRPr="004868AB">
              <w:rPr>
                <w:rFonts w:ascii="Cambria" w:hAnsi="Cambria"/>
                <w:b/>
                <w:lang w:val="ro-RO"/>
              </w:rPr>
              <w:t>Semnătura</w:t>
            </w:r>
          </w:p>
          <w:p w14:paraId="655A8FB3" w14:textId="77777777" w:rsidR="001E1635" w:rsidRPr="004868AB" w:rsidRDefault="001E1635">
            <w:pPr>
              <w:rPr>
                <w:rFonts w:ascii="Cambria" w:hAnsi="Cambria"/>
                <w:lang w:val="ro-RO"/>
              </w:rPr>
            </w:pPr>
          </w:p>
        </w:tc>
      </w:tr>
    </w:tbl>
    <w:p w14:paraId="005090D8" w14:textId="77777777" w:rsidR="001E1635" w:rsidRPr="004868AB" w:rsidRDefault="001E1635" w:rsidP="00C25F40">
      <w:pPr>
        <w:spacing w:line="168" w:lineRule="auto"/>
        <w:rPr>
          <w:rFonts w:ascii="Cambria" w:hAnsi="Cambria"/>
          <w:lang w:val="ro-RO"/>
        </w:rPr>
      </w:pPr>
    </w:p>
    <w:sectPr w:rsidR="001E1635" w:rsidRPr="004868AB" w:rsidSect="000F0310">
      <w:footerReference w:type="default" r:id="rId9"/>
      <w:pgSz w:w="11906" w:h="16838"/>
      <w:pgMar w:top="567" w:right="1134" w:bottom="567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4DDB7" w14:textId="77777777" w:rsidR="000C29E1" w:rsidRDefault="000C29E1">
      <w:r>
        <w:separator/>
      </w:r>
    </w:p>
  </w:endnote>
  <w:endnote w:type="continuationSeparator" w:id="0">
    <w:p w14:paraId="6C0A8DFF" w14:textId="77777777" w:rsidR="000C29E1" w:rsidRDefault="000C2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E253C2">
    <w:pPr>
      <w:pStyle w:val="Footer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476E7" w14:textId="77777777" w:rsidR="000C29E1" w:rsidRDefault="000C29E1">
      <w:r>
        <w:separator/>
      </w:r>
    </w:p>
  </w:footnote>
  <w:footnote w:type="continuationSeparator" w:id="0">
    <w:p w14:paraId="1E34C323" w14:textId="77777777" w:rsidR="000C29E1" w:rsidRDefault="000C2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A07"/>
    <w:rsid w:val="000C29E1"/>
    <w:rsid w:val="000E68DC"/>
    <w:rsid w:val="000F0310"/>
    <w:rsid w:val="0015074B"/>
    <w:rsid w:val="001E1635"/>
    <w:rsid w:val="0029639D"/>
    <w:rsid w:val="00326F90"/>
    <w:rsid w:val="00465965"/>
    <w:rsid w:val="004868AB"/>
    <w:rsid w:val="006257CA"/>
    <w:rsid w:val="006939C5"/>
    <w:rsid w:val="006C103E"/>
    <w:rsid w:val="00784B9F"/>
    <w:rsid w:val="009A46B9"/>
    <w:rsid w:val="009D782F"/>
    <w:rsid w:val="00A37FAC"/>
    <w:rsid w:val="00A4148B"/>
    <w:rsid w:val="00AA1D8D"/>
    <w:rsid w:val="00AC5F99"/>
    <w:rsid w:val="00B47730"/>
    <w:rsid w:val="00C25F40"/>
    <w:rsid w:val="00CB0664"/>
    <w:rsid w:val="00E253C2"/>
    <w:rsid w:val="00F673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VioB</cp:lastModifiedBy>
  <cp:revision>8</cp:revision>
  <dcterms:created xsi:type="dcterms:W3CDTF">2013-12-23T23:15:00Z</dcterms:created>
  <dcterms:modified xsi:type="dcterms:W3CDTF">2026-08-30T08:25:00Z</dcterms:modified>
  <cp:category/>
</cp:coreProperties>
</file>